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  <w:jc w:val="center"/>
      </w:pPr>
      <w:r>
        <w:rPr>
          <w:rFonts w:ascii="Heebo" w:hAnsi="Heebo" w:cs="Heebo"/>
          <w:b/>
          <w:color w:val="6D28D9"/>
          <w:sz w:val="60"/>
          <w:rtl/>
          <w:bCs/>
          <w:szCs w:val="60"/>
        </w:rPr>
        <w:t>מועצת הכיתה</w:t>
      </w:r>
    </w:p>
    <w:p>
      <w:pPr>
        <w:bidi/>
        <w:spacing w:after="80"/>
        <w:jc w:val="center"/>
      </w:pPr>
      <w:r>
        <w:rPr>
          <w:rFonts w:ascii="Heebo" w:hAnsi="Heebo" w:cs="Heebo"/>
          <w:color w:val="334155"/>
          <w:sz w:val="30"/>
          <w:rtl/>
          <w:szCs w:val="30"/>
        </w:rPr>
        <w:t>משחק הצבעות, שכנוע ופשרות</w:t>
      </w:r>
    </w:p>
    <w:p>
      <w:pPr>
        <w:bidi/>
        <w:spacing w:after="80"/>
        <w:jc w:val="center"/>
      </w:pPr>
      <w:r>
        <w:rPr>
          <w:rFonts w:ascii="Heebo" w:hAnsi="Heebo" w:cs="Heebo"/>
          <w:sz w:val="22"/>
          <w:rtl/>
          <w:szCs w:val="22"/>
        </w:rPr>
        <w:t>4–8 שחקנים · כ־30 דקות · גיל 12 ומעלה · מדפיסים, גוזרים, משחקים</w:t>
      </w:r>
    </w:p>
    <w:p>
      <w:pPr>
        <w:bidi/>
        <w:spacing w:after="80"/>
        <w:jc w:val="right"/>
      </w:pPr>
      <w:r>
        <w:rPr>
          <w:rFonts w:ascii="Heebo" w:hAnsi="Heebo" w:cs="Heebo"/>
          <w:b/>
          <w:color w:val="1E3A8A"/>
          <w:sz w:val="36"/>
          <w:rtl/>
          <w:bCs/>
          <w:szCs w:val="36"/>
        </w:rPr>
        <w:t>חלק א׳: חוברת הכללים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מטרת המשחק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לצבור הכי הרבה נקודות עד סוף המשחק. נקודות מקבלים כשעוברות הצעות שאתם אוהבים, כשההצעות שלכם עוברות, וכשמשלימים את המשימה הסודית.</w:t>
        <w:br/>
      </w:r>
      <w:r>
        <w:rPr>
          <w:rFonts w:ascii="Heebo" w:hAnsi="Heebo" w:cs="Heebo"/>
          <w:b/>
          <w:sz w:val="22"/>
          <w:rtl/>
          <w:bCs/>
          <w:szCs w:val="22"/>
        </w:rPr>
        <w:t>אבל</w:t>
      </w:r>
      <w:r>
        <w:rPr>
          <w:rFonts w:ascii="Heebo" w:hAnsi="Heebo" w:cs="Heebo"/>
          <w:sz w:val="22"/>
          <w:rtl/>
          <w:szCs w:val="22"/>
        </w:rPr>
        <w:t xml:space="preserve"> כל הצעה שעוברת משנה גם את </w:t>
      </w:r>
      <w:r>
        <w:rPr>
          <w:rFonts w:ascii="Heebo" w:hAnsi="Heebo" w:cs="Heebo"/>
          <w:b/>
          <w:sz w:val="22"/>
          <w:rtl/>
          <w:bCs/>
          <w:szCs w:val="22"/>
        </w:rPr>
        <w:t>מד האווירה בכיתה</w:t>
      </w:r>
      <w:r>
        <w:rPr>
          <w:rFonts w:ascii="Heebo" w:hAnsi="Heebo" w:cs="Heebo"/>
          <w:sz w:val="22"/>
          <w:rtl/>
          <w:szCs w:val="22"/>
        </w:rPr>
        <w:t>. אם המד יורד ל־0, המועצה מתפרקת ו</w:t>
      </w:r>
      <w:r>
        <w:rPr>
          <w:rFonts w:ascii="Heebo" w:hAnsi="Heebo" w:cs="Heebo"/>
          <w:b/>
          <w:sz w:val="22"/>
          <w:rtl/>
          <w:bCs/>
          <w:szCs w:val="22"/>
        </w:rPr>
        <w:t>כולם מפסידים</w:t>
      </w:r>
      <w:r>
        <w:rPr>
          <w:rFonts w:ascii="Heebo" w:hAnsi="Heebo" w:cs="Heebo"/>
          <w:sz w:val="22"/>
          <w:rtl/>
          <w:szCs w:val="22"/>
        </w:rPr>
        <w:t>. אם המד גומר גבוה, כולם מקבלים בונוס.</w:t>
      </w:r>
    </w:p>
    <w:p>
      <w:pPr>
        <w:bidi/>
        <w:spacing w:after="80"/>
        <w:jc w:val="right"/>
      </w:pPr>
      <w:r>
        <w:rPr>
          <w:rFonts w:ascii="Heebo" w:hAnsi="Heebo" w:cs="Heebo"/>
          <w:color w:val="92400E"/>
          <w:sz w:val="22"/>
          <w:rtl/>
          <w:szCs w:val="22"/>
        </w:rPr>
        <w:t xml:space="preserve"> אפשר לנצח לבד, אבל קשה לנצח בכיתה מפורקת. זה כל הסיפור.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מה יש בערכה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24 קלפי הצעה</w:t>
      </w:r>
      <w:r>
        <w:rPr>
          <w:rFonts w:ascii="Heebo" w:hAnsi="Heebo" w:cs="Heebo"/>
          <w:sz w:val="22"/>
          <w:rtl/>
          <w:szCs w:val="22"/>
        </w:rPr>
        <w:t xml:space="preserve"> בארבעה תחומים:  כיף ופנאי ·  לימודים ·  סביבה ובריאות ·  יחד וקהילה. לכל קלף יש </w:t>
      </w:r>
      <w:r>
        <w:rPr>
          <w:rFonts w:ascii="Heebo" w:hAnsi="Heebo" w:cs="Heebo"/>
          <w:b/>
          <w:sz w:val="22"/>
          <w:rtl/>
          <w:bCs/>
          <w:szCs w:val="22"/>
        </w:rPr>
        <w:t>גרסה מלאה</w:t>
      </w:r>
      <w:r>
        <w:rPr>
          <w:rFonts w:ascii="Heebo" w:hAnsi="Heebo" w:cs="Heebo"/>
          <w:sz w:val="22"/>
          <w:rtl/>
          <w:szCs w:val="22"/>
        </w:rPr>
        <w:t xml:space="preserve"> ו</w:t>
      </w:r>
      <w:r>
        <w:rPr>
          <w:rFonts w:ascii="Heebo" w:hAnsi="Heebo" w:cs="Heebo"/>
          <w:b/>
          <w:sz w:val="22"/>
          <w:rtl/>
          <w:bCs/>
          <w:szCs w:val="22"/>
        </w:rPr>
        <w:t>גרסת פשרה</w:t>
      </w:r>
      <w:r>
        <w:rPr>
          <w:rFonts w:ascii="Heebo" w:hAnsi="Heebo" w:cs="Heebo"/>
          <w:sz w:val="22"/>
          <w:rtl/>
          <w:szCs w:val="22"/>
        </w:rPr>
        <w:t>, וכל גרסה משנה את מד האווירה אחרת.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4 קלפי «מגן» הגנת מיעוט</w:t>
      </w:r>
      <w:r>
        <w:rPr>
          <w:rFonts w:ascii="Heebo" w:hAnsi="Heebo" w:cs="Heebo"/>
          <w:sz w:val="22"/>
          <w:rtl/>
          <w:szCs w:val="22"/>
        </w:rPr>
        <w:t xml:space="preserve"> (בתוך ה־24): הצעות שעלולות לפגוע בקבוצה בכיתה.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 xml:space="preserve">16 קלפי אירוע </w:t>
      </w:r>
      <w:r>
        <w:rPr>
          <w:rFonts w:ascii="Heebo" w:hAnsi="Heebo" w:cs="Heebo"/>
          <w:sz w:val="22"/>
          <w:rtl/>
          <w:szCs w:val="22"/>
        </w:rPr>
        <w:t>: הפתעות שמשנות את המשחק.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 xml:space="preserve">8 קלפי תפקיד סודי </w:t>
      </w:r>
      <w:r>
        <w:rPr>
          <w:rFonts w:ascii="Heebo" w:hAnsi="Heebo" w:cs="Heebo"/>
          <w:sz w:val="22"/>
          <w:rtl/>
          <w:szCs w:val="22"/>
        </w:rPr>
        <w:t>: תחום שאוהבים, תחום שפחות אוהבים ומשימה.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לכל שחקן:</w:t>
      </w:r>
      <w:r>
        <w:rPr>
          <w:rFonts w:ascii="Heebo" w:hAnsi="Heebo" w:cs="Heebo"/>
          <w:sz w:val="22"/>
          <w:rtl/>
          <w:szCs w:val="22"/>
        </w:rPr>
        <w:t xml:space="preserve"> קלף בעד , קלף נגד , קלף ערעור  ו־4 אסימוני השפעה 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לוח המועצה</w:t>
      </w:r>
      <w:r>
        <w:rPr>
          <w:rFonts w:ascii="Heebo" w:hAnsi="Heebo" w:cs="Heebo"/>
          <w:sz w:val="22"/>
          <w:rtl/>
          <w:szCs w:val="22"/>
        </w:rPr>
        <w:t xml:space="preserve"> עם מד האווירה (סמן: מחק, מטבע או פקק), ו</w:t>
      </w:r>
      <w:r>
        <w:rPr>
          <w:rFonts w:ascii="Heebo" w:hAnsi="Heebo" w:cs="Heebo"/>
          <w:b/>
          <w:sz w:val="22"/>
          <w:rtl/>
          <w:bCs/>
          <w:szCs w:val="22"/>
        </w:rPr>
        <w:t>דף ניקוד</w:t>
      </w:r>
      <w:r>
        <w:rPr>
          <w:rFonts w:ascii="Heebo" w:hAnsi="Heebo" w:cs="Heebo"/>
          <w:sz w:val="22"/>
          <w:rtl/>
          <w:szCs w:val="22"/>
        </w:rPr>
        <w:t>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הכנה (3 דקות)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מניחים את לוח המועצה באמצע. שמים את הסמן על </w:t>
      </w:r>
      <w:r>
        <w:rPr>
          <w:rFonts w:ascii="Heebo" w:hAnsi="Heebo" w:cs="Heebo"/>
          <w:b/>
          <w:sz w:val="22"/>
          <w:rtl/>
          <w:bCs/>
          <w:szCs w:val="22"/>
        </w:rPr>
        <w:t>5</w:t>
      </w:r>
      <w:r>
        <w:rPr>
          <w:rFonts w:ascii="Heebo" w:hAnsi="Heebo" w:cs="Heebo"/>
          <w:sz w:val="22"/>
          <w:rtl/>
          <w:szCs w:val="22"/>
        </w:rPr>
        <w:t xml:space="preserve"> במד האווירה.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מערבבים את קלפי התפקיד. כל שחקן מקבל קלף אחד, קורא אותו </w:t>
      </w:r>
      <w:r>
        <w:rPr>
          <w:rFonts w:ascii="Heebo" w:hAnsi="Heebo" w:cs="Heebo"/>
          <w:b/>
          <w:sz w:val="22"/>
          <w:rtl/>
          <w:bCs/>
          <w:szCs w:val="22"/>
        </w:rPr>
        <w:t>בסוד</w:t>
      </w:r>
      <w:r>
        <w:rPr>
          <w:rFonts w:ascii="Heebo" w:hAnsi="Heebo" w:cs="Heebo"/>
          <w:sz w:val="22"/>
          <w:rtl/>
          <w:szCs w:val="22"/>
        </w:rPr>
        <w:t xml:space="preserve"> ומניח אותו הפוך לפניו. את שאר קלפי התפקיד מחזירים לקופסה בלי להסתכל.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כל שחקן מקבל קלף בעד, קלף נגד, קלף ערעור ו־4 אסימונים. שאר האסימונים הם </w:t>
      </w:r>
      <w:r>
        <w:rPr>
          <w:rFonts w:ascii="Heebo" w:hAnsi="Heebo" w:cs="Heebo"/>
          <w:b/>
          <w:sz w:val="22"/>
          <w:rtl/>
          <w:bCs/>
          <w:szCs w:val="22"/>
        </w:rPr>
        <w:t>הקופה</w:t>
      </w:r>
      <w:r>
        <w:rPr>
          <w:rFonts w:ascii="Heebo" w:hAnsi="Heebo" w:cs="Heebo"/>
          <w:sz w:val="22"/>
          <w:rtl/>
          <w:szCs w:val="22"/>
        </w:rPr>
        <w:t>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מערבבים את קלפי ההצעה. כל שחקן מקבל </w:t>
      </w:r>
      <w:r>
        <w:rPr>
          <w:rFonts w:ascii="Heebo" w:hAnsi="Heebo" w:cs="Heebo"/>
          <w:b/>
          <w:sz w:val="22"/>
          <w:rtl/>
          <w:bCs/>
          <w:szCs w:val="22"/>
        </w:rPr>
        <w:t>3 קלפים</w:t>
      </w:r>
      <w:r>
        <w:rPr>
          <w:rFonts w:ascii="Heebo" w:hAnsi="Heebo" w:cs="Heebo"/>
          <w:sz w:val="22"/>
          <w:rtl/>
          <w:szCs w:val="22"/>
        </w:rPr>
        <w:t xml:space="preserve"> (במשחק של 4–5 שחקנים) או </w:t>
      </w:r>
      <w:r>
        <w:rPr>
          <w:rFonts w:ascii="Heebo" w:hAnsi="Heebo" w:cs="Heebo"/>
          <w:b/>
          <w:sz w:val="22"/>
          <w:rtl/>
          <w:bCs/>
          <w:szCs w:val="22"/>
        </w:rPr>
        <w:t>2 קלפים</w:t>
      </w:r>
      <w:r>
        <w:rPr>
          <w:rFonts w:ascii="Heebo" w:hAnsi="Heebo" w:cs="Heebo"/>
          <w:sz w:val="22"/>
          <w:rtl/>
          <w:szCs w:val="22"/>
        </w:rPr>
        <w:t xml:space="preserve"> (6–8 שחקנים). שאר הקלפים הם ערמה הפוכה.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מערבבים את קלפי האירוע ומניחים אותם הפוכים במקום שלהם על הלוח.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בוחרים </w:t>
      </w:r>
      <w:r>
        <w:rPr>
          <w:rFonts w:ascii="Heebo" w:hAnsi="Heebo" w:cs="Heebo"/>
          <w:b/>
          <w:sz w:val="22"/>
          <w:rtl/>
          <w:bCs/>
          <w:szCs w:val="22"/>
        </w:rPr>
        <w:t>רשם/ת</w:t>
      </w:r>
      <w:r>
        <w:rPr>
          <w:rFonts w:ascii="Heebo" w:hAnsi="Heebo" w:cs="Heebo"/>
          <w:sz w:val="22"/>
          <w:rtl/>
          <w:szCs w:val="22"/>
        </w:rPr>
        <w:t xml:space="preserve"> שימלא/תמלא את יומן ההחלטות בדף הניקוד. מי שהיה/הייתה לאחרונה בטיול מתחיל/ה.</w:t>
      </w:r>
    </w:p>
    <w:p>
      <w:pPr>
        <w:bidi/>
        <w:spacing w:after="80"/>
        <w:jc w:val="right"/>
      </w:pPr>
      <w:r>
        <w:rPr>
          <w:rFonts w:ascii="Heebo" w:hAnsi="Heebo" w:cs="Heebo"/>
          <w:color w:val="0E7490"/>
          <w:sz w:val="22"/>
          <w:rtl/>
          <w:szCs w:val="22"/>
        </w:rPr>
        <w:t xml:space="preserve"> יש גם אתר נלווה: מערבב קלפים למקרן, סופר קולות, שעון עצר ומד אווירה. מתאים במיוחד לגרסת "כל הכיתה".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המשחק נמשך </w:t>
      </w:r>
      <w:r>
        <w:rPr>
          <w:rFonts w:ascii="Heebo" w:hAnsi="Heebo" w:cs="Heebo"/>
          <w:b/>
          <w:sz w:val="22"/>
          <w:rtl/>
          <w:bCs/>
          <w:szCs w:val="22"/>
        </w:rPr>
        <w:t>10 תורות</w:t>
      </w:r>
      <w:r>
        <w:rPr>
          <w:rFonts w:ascii="Heebo" w:hAnsi="Heebo" w:cs="Heebo"/>
          <w:sz w:val="22"/>
          <w:rtl/>
          <w:szCs w:val="22"/>
        </w:rPr>
        <w:t xml:space="preserve"> (10 הצעות), או 30 דקות, מה שמגיע קודם. בכל תור שחקן אחד הוא </w:t>
      </w:r>
      <w:r>
        <w:rPr>
          <w:rFonts w:ascii="Heebo" w:hAnsi="Heebo" w:cs="Heebo"/>
          <w:b/>
          <w:sz w:val="22"/>
          <w:rtl/>
          <w:bCs/>
          <w:szCs w:val="22"/>
        </w:rPr>
        <w:t>המציע/ה</w:t>
      </w:r>
      <w:r>
        <w:rPr>
          <w:rFonts w:ascii="Heebo" w:hAnsi="Heebo" w:cs="Heebo"/>
          <w:sz w:val="22"/>
          <w:rtl/>
          <w:szCs w:val="22"/>
        </w:rPr>
        <w:t>, והתור עובר בסבב.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6D28D9"/>
          <w:sz w:val="25"/>
          <w:rtl/>
          <w:bCs/>
          <w:szCs w:val="25"/>
        </w:rPr>
        <w:t xml:space="preserve"> שלב 0 · אירוע (רק בתור 2, 4, 6, 8 ו־10)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המציע/ה הופך/ת את קלף האירוע העליון ומקריא/ה אותו בקול. עושים מה שכתוב, ואז ממשיכים.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6D28D9"/>
          <w:sz w:val="25"/>
          <w:rtl/>
          <w:bCs/>
          <w:szCs w:val="25"/>
        </w:rPr>
        <w:t xml:space="preserve"> שלב 1 · הצעה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המציע/ה בוחר/ת קלף הצעה מהיד, מניח/ה אותו על הלוח ומכריז/ה: </w:t>
      </w:r>
      <w:r>
        <w:rPr>
          <w:rFonts w:ascii="Heebo" w:hAnsi="Heebo" w:cs="Heebo"/>
          <w:b/>
          <w:sz w:val="22"/>
          <w:rtl/>
          <w:bCs/>
          <w:szCs w:val="22"/>
        </w:rPr>
        <w:t>"גרסה מלאה"</w:t>
      </w:r>
      <w:r>
        <w:rPr>
          <w:rFonts w:ascii="Heebo" w:hAnsi="Heebo" w:cs="Heebo"/>
          <w:sz w:val="22"/>
          <w:rtl/>
          <w:szCs w:val="22"/>
        </w:rPr>
        <w:t xml:space="preserve"> או </w:t>
      </w:r>
      <w:r>
        <w:rPr>
          <w:rFonts w:ascii="Heebo" w:hAnsi="Heebo" w:cs="Heebo"/>
          <w:b/>
          <w:sz w:val="22"/>
          <w:rtl/>
          <w:bCs/>
          <w:szCs w:val="22"/>
        </w:rPr>
        <w:t>"גרסת פשרה"</w:t>
      </w:r>
      <w:r>
        <w:rPr>
          <w:rFonts w:ascii="Heebo" w:hAnsi="Heebo" w:cs="Heebo"/>
          <w:sz w:val="22"/>
          <w:rtl/>
          <w:szCs w:val="22"/>
        </w:rPr>
        <w:t>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6D28D9"/>
          <w:sz w:val="25"/>
          <w:rtl/>
          <w:bCs/>
          <w:szCs w:val="25"/>
        </w:rPr>
        <w:t xml:space="preserve"> שלב 2 · שכנוע (30 שניות)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המציע/ה מסביר/ה למה כדאי להצביע בעד. </w:t>
      </w:r>
      <w:r>
        <w:rPr>
          <w:rFonts w:ascii="Heebo" w:hAnsi="Heebo" w:cs="Heebo"/>
          <w:b/>
          <w:sz w:val="22"/>
          <w:rtl/>
          <w:bCs/>
          <w:szCs w:val="22"/>
        </w:rPr>
        <w:t>חובה להשתמש במילת נימוק: כי / לכן / מפני ש.</w:t>
      </w:r>
      <w:r>
        <w:rPr>
          <w:rFonts w:ascii="Heebo" w:hAnsi="Heebo" w:cs="Heebo"/>
          <w:sz w:val="22"/>
          <w:rtl/>
          <w:szCs w:val="22"/>
        </w:rPr>
        <w:br/>
        <w:t xml:space="preserve">אם אין נימוק, כל שחקן יכול לקרוא </w:t>
      </w:r>
      <w:r>
        <w:rPr>
          <w:rFonts w:ascii="Heebo" w:hAnsi="Heebo" w:cs="Heebo"/>
          <w:b/>
          <w:sz w:val="22"/>
          <w:rtl/>
          <w:bCs/>
          <w:szCs w:val="22"/>
        </w:rPr>
        <w:t>"נימוק!"</w:t>
      </w:r>
      <w:r>
        <w:rPr>
          <w:rFonts w:ascii="Heebo" w:hAnsi="Heebo" w:cs="Heebo"/>
          <w:sz w:val="22"/>
          <w:rtl/>
          <w:szCs w:val="22"/>
        </w:rPr>
        <w:t>, והמציע/ה צריך/ה לנסח שוב, עם נימוק.</w:t>
      </w:r>
    </w:p>
    <w:p>
      <w:pPr>
        <w:bidi/>
        <w:spacing w:after="80"/>
        <w:jc w:val="right"/>
      </w:pPr>
      <w:r>
        <w:rPr>
          <w:rFonts w:ascii="Heebo" w:hAnsi="Heebo" w:cs="Heebo"/>
          <w:b/>
          <w:color w:val="1E293B"/>
          <w:sz w:val="22"/>
          <w:rtl/>
          <w:bCs/>
          <w:szCs w:val="22"/>
        </w:rPr>
        <w:t xml:space="preserve"> טוב: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"כדאי לקנות משחקי קופסה לכיתה, </w:t>
      </w:r>
      <w:r>
        <w:rPr>
          <w:rFonts w:ascii="Heebo" w:hAnsi="Heebo" w:cs="Heebo"/>
          <w:b/>
          <w:color w:val="1E293B"/>
          <w:sz w:val="22"/>
          <w:rtl/>
          <w:bCs/>
          <w:szCs w:val="22"/>
        </w:rPr>
        <w:t>כי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בימים גשומים אין מה לעשות בהפסקה, </w:t>
      </w:r>
      <w:r>
        <w:rPr>
          <w:rFonts w:ascii="Heebo" w:hAnsi="Heebo" w:cs="Heebo"/>
          <w:b/>
          <w:color w:val="1E293B"/>
          <w:sz w:val="22"/>
          <w:rtl/>
          <w:bCs/>
          <w:szCs w:val="22"/>
        </w:rPr>
        <w:t>לכן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כולם נדחסים במסדרון."</w:t>
      </w:r>
    </w:p>
    <w:p>
      <w:pPr>
        <w:bidi/>
        <w:spacing w:after="80"/>
        <w:jc w:val="right"/>
      </w:pPr>
      <w:r>
        <w:rPr>
          <w:rFonts w:ascii="Heebo" w:hAnsi="Heebo" w:cs="Heebo"/>
          <w:b/>
          <w:color w:val="1E293B"/>
          <w:sz w:val="22"/>
          <w:rtl/>
          <w:bCs/>
          <w:szCs w:val="22"/>
        </w:rPr>
        <w:t xml:space="preserve"> לא נחשב: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"תצביעו בעד, זה פשוט שווה."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6D28D9"/>
          <w:sz w:val="25"/>
          <w:rtl/>
          <w:bCs/>
          <w:szCs w:val="25"/>
        </w:rPr>
        <w:t xml:space="preserve"> שלב 3 · תגובה (20 שניות)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שחקן/ית אחד/ת שמתנגד/ת עונה, גם כן עם נימוק. אחרי התגובה המציע/ה יכול/ה </w:t>
      </w:r>
      <w:r>
        <w:rPr>
          <w:rFonts w:ascii="Heebo" w:hAnsi="Heebo" w:cs="Heebo"/>
          <w:b/>
          <w:sz w:val="22"/>
          <w:rtl/>
          <w:bCs/>
          <w:szCs w:val="22"/>
        </w:rPr>
        <w:t>פעם אחת</w:t>
      </w:r>
      <w:r>
        <w:rPr>
          <w:rFonts w:ascii="Heebo" w:hAnsi="Heebo" w:cs="Heebo"/>
          <w:sz w:val="22"/>
          <w:rtl/>
          <w:szCs w:val="22"/>
        </w:rPr>
        <w:t xml:space="preserve"> להקשיב ולהחליף מגרסה מלאה לגרסת פשרה.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6D28D9"/>
          <w:sz w:val="25"/>
          <w:rtl/>
          <w:bCs/>
          <w:szCs w:val="25"/>
        </w:rPr>
        <w:t xml:space="preserve"> שלב 4 · עסקאות (דקה אחת)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כולם מדברים עם כולם: "אני אצביע בעד, אם תצביע/י בעד ההצעה שלי בתור הבא". מותר לתת אסימונים ולקבל אסימונים.</w:t>
        <w:br/>
      </w:r>
      <w:r>
        <w:rPr>
          <w:rFonts w:ascii="Heebo" w:hAnsi="Heebo" w:cs="Heebo"/>
          <w:b/>
          <w:sz w:val="22"/>
          <w:rtl/>
          <w:bCs/>
          <w:szCs w:val="22"/>
        </w:rPr>
        <w:t>הבטחות לא מחייבות</w:t>
      </w:r>
      <w:r>
        <w:rPr>
          <w:rFonts w:ascii="Heebo" w:hAnsi="Heebo" w:cs="Heebo"/>
          <w:sz w:val="22"/>
          <w:rtl/>
          <w:szCs w:val="22"/>
        </w:rPr>
        <w:t xml:space="preserve">, אבל כולם זוכרים מי עמד/ה במילה שלו/ה. </w:t>
      </w:r>
    </w:p>
    <w:p>
      <w:pPr>
        <w:bidi/>
        <w:spacing w:after="80"/>
        <w:jc w:val="right"/>
      </w:pPr>
      <w:r>
        <w:rPr>
          <w:rFonts w:ascii="Heebo" w:hAnsi="Heebo" w:cs="Heebo"/>
          <w:color w:val="92400E"/>
          <w:sz w:val="22"/>
          <w:rtl/>
          <w:szCs w:val="22"/>
        </w:rPr>
        <w:t xml:space="preserve"> אסור: איומים, העלבות, והבטחות על דברים מחוץ למשחק (ממתקים, שיעורי בית וכדומה).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6D28D9"/>
          <w:sz w:val="25"/>
          <w:rtl/>
          <w:bCs/>
          <w:szCs w:val="25"/>
        </w:rPr>
        <w:t xml:space="preserve"> שלב 5 · הצבעה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כל השחקנים, כולל המציע/ה, בוחרים בסוד קלף </w:t>
      </w:r>
      <w:r>
        <w:rPr>
          <w:rFonts w:ascii="Heebo" w:hAnsi="Heebo" w:cs="Heebo"/>
          <w:b/>
          <w:sz w:val="22"/>
          <w:rtl/>
          <w:bCs/>
          <w:szCs w:val="22"/>
        </w:rPr>
        <w:t>בעד</w:t>
      </w:r>
      <w:r>
        <w:rPr>
          <w:rFonts w:ascii="Heebo" w:hAnsi="Heebo" w:cs="Heebo"/>
          <w:sz w:val="22"/>
          <w:rtl/>
          <w:szCs w:val="22"/>
        </w:rPr>
        <w:t xml:space="preserve"> או </w:t>
      </w:r>
      <w:r>
        <w:rPr>
          <w:rFonts w:ascii="Heebo" w:hAnsi="Heebo" w:cs="Heebo"/>
          <w:b/>
          <w:sz w:val="22"/>
          <w:rtl/>
          <w:bCs/>
          <w:szCs w:val="22"/>
        </w:rPr>
        <w:t>נגד</w:t>
      </w:r>
      <w:r>
        <w:rPr>
          <w:rFonts w:ascii="Heebo" w:hAnsi="Heebo" w:cs="Heebo"/>
          <w:sz w:val="22"/>
          <w:rtl/>
          <w:szCs w:val="22"/>
        </w:rPr>
        <w:t xml:space="preserve"> ומניחים אותו הפוך.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אפשר להניח </w:t>
      </w:r>
      <w:r>
        <w:rPr>
          <w:rFonts w:ascii="Heebo" w:hAnsi="Heebo" w:cs="Heebo"/>
          <w:b/>
          <w:sz w:val="22"/>
          <w:rtl/>
          <w:bCs/>
          <w:szCs w:val="22"/>
        </w:rPr>
        <w:t>אסימונים מתחת לקלף ההצבעה</w:t>
      </w:r>
      <w:r>
        <w:rPr>
          <w:rFonts w:ascii="Heebo" w:hAnsi="Heebo" w:cs="Heebo"/>
          <w:sz w:val="22"/>
          <w:rtl/>
          <w:szCs w:val="22"/>
        </w:rPr>
        <w:t xml:space="preserve">. כל אסימון שווה </w:t>
      </w:r>
      <w:r>
        <w:rPr>
          <w:rFonts w:ascii="Heebo" w:hAnsi="Heebo" w:cs="Heebo"/>
          <w:b/>
          <w:sz w:val="22"/>
          <w:rtl/>
          <w:bCs/>
          <w:szCs w:val="22"/>
        </w:rPr>
        <w:t>קול נוסף</w:t>
      </w:r>
      <w:r>
        <w:rPr>
          <w:rFonts w:ascii="Heebo" w:hAnsi="Heebo" w:cs="Heebo"/>
          <w:sz w:val="22"/>
          <w:rtl/>
          <w:szCs w:val="22"/>
        </w:rPr>
        <w:t>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סופרים "1, 2, 3" והופכים יחד. סופרים קולות, כולל האסימונים.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כל האסימונים שהונחו הולכים </w:t>
      </w:r>
      <w:r>
        <w:rPr>
          <w:rFonts w:ascii="Heebo" w:hAnsi="Heebo" w:cs="Heebo"/>
          <w:b/>
          <w:sz w:val="22"/>
          <w:rtl/>
          <w:bCs/>
          <w:szCs w:val="22"/>
        </w:rPr>
        <w:t>לקופה</w:t>
      </w:r>
      <w:r>
        <w:rPr>
          <w:rFonts w:ascii="Heebo" w:hAnsi="Heebo" w:cs="Heebo"/>
          <w:sz w:val="22"/>
          <w:rtl/>
          <w:szCs w:val="22"/>
        </w:rPr>
        <w:t>, גם אם ההצבעה הלכה נגדכם.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6D28D9"/>
          <w:sz w:val="25"/>
          <w:rtl/>
          <w:bCs/>
          <w:szCs w:val="25"/>
        </w:rPr>
        <w:t xml:space="preserve"> שלב 6 · תוצאה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עברה:</w:t>
      </w:r>
      <w:r>
        <w:rPr>
          <w:rFonts w:ascii="Heebo" w:hAnsi="Heebo" w:cs="Heebo"/>
          <w:sz w:val="22"/>
          <w:rtl/>
          <w:szCs w:val="22"/>
        </w:rPr>
        <w:t xml:space="preserve"> מזיזים את מד האווירה לפי המספר שעל הגרסה שעברה. הרשם/ת כותב/ת ביומן את התחום והגרסה. הקלף נשאר גלוי ליד הלוח.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נדחתה:</w:t>
      </w:r>
      <w:r>
        <w:rPr>
          <w:rFonts w:ascii="Heebo" w:hAnsi="Heebo" w:cs="Heebo"/>
          <w:sz w:val="22"/>
          <w:rtl/>
          <w:szCs w:val="22"/>
        </w:rPr>
        <w:t xml:space="preserve"> הקלף עובר לערמת "נדחו". רושמים ביומן.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המציע/ה לוקח/ת קלף הצעה חדש, והתור עובר לשחקן/ית הבא/ה.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איך מחליטים?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רוב רגיל:</w:t>
      </w:r>
      <w:r>
        <w:rPr>
          <w:rFonts w:ascii="Heebo" w:hAnsi="Heebo" w:cs="Heebo"/>
          <w:sz w:val="22"/>
          <w:rtl/>
          <w:szCs w:val="22"/>
        </w:rPr>
        <w:t xml:space="preserve"> ההצעה עוברת אם יש יותר קולות בעד מנגד. </w:t>
      </w:r>
      <w:r>
        <w:rPr>
          <w:rFonts w:ascii="Heebo" w:hAnsi="Heebo" w:cs="Heebo"/>
          <w:b/>
          <w:sz w:val="22"/>
          <w:rtl/>
          <w:bCs/>
          <w:szCs w:val="22"/>
        </w:rPr>
        <w:t>תיקו = ההצעה נדחית</w:t>
      </w:r>
      <w:r>
        <w:rPr>
          <w:rFonts w:ascii="Heebo" w:hAnsi="Heebo" w:cs="Heebo"/>
          <w:sz w:val="22"/>
          <w:rtl/>
          <w:szCs w:val="22"/>
        </w:rPr>
        <w:t xml:space="preserve"> (אלא אם נבחר יו"ר בקלף אירוע).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«מגן» הגנת מיעוט:</w:t>
      </w:r>
      <w:r>
        <w:rPr>
          <w:rFonts w:ascii="Heebo" w:hAnsi="Heebo" w:cs="Heebo"/>
          <w:sz w:val="22"/>
          <w:rtl/>
          <w:szCs w:val="22"/>
        </w:rPr>
        <w:t xml:space="preserve"> הגרסה </w:t>
      </w:r>
      <w:r>
        <w:rPr>
          <w:rFonts w:ascii="Heebo" w:hAnsi="Heebo" w:cs="Heebo"/>
          <w:b/>
          <w:sz w:val="22"/>
          <w:rtl/>
          <w:bCs/>
          <w:szCs w:val="22"/>
        </w:rPr>
        <w:t>המלאה</w:t>
      </w:r>
      <w:r>
        <w:rPr>
          <w:rFonts w:ascii="Heebo" w:hAnsi="Heebo" w:cs="Heebo"/>
          <w:sz w:val="22"/>
          <w:rtl/>
          <w:szCs w:val="22"/>
        </w:rPr>
        <w:t xml:space="preserve"> של קלף עם «מגן» עוברת רק ברוב של </w:t>
      </w:r>
      <w:r>
        <w:rPr>
          <w:rFonts w:ascii="Heebo" w:hAnsi="Heebo" w:cs="Heebo"/>
          <w:b/>
          <w:sz w:val="22"/>
          <w:rtl/>
          <w:bCs/>
          <w:szCs w:val="22"/>
        </w:rPr>
        <w:t>⅔</w:t>
      </w:r>
      <w:r>
        <w:rPr>
          <w:rFonts w:ascii="Heebo" w:hAnsi="Heebo" w:cs="Heebo"/>
          <w:sz w:val="22"/>
          <w:rtl/>
          <w:szCs w:val="22"/>
        </w:rPr>
        <w:t xml:space="preserve">, כלומר רק אם יש בעד </w:t>
      </w:r>
      <w:r>
        <w:rPr>
          <w:rFonts w:ascii="Heebo" w:hAnsi="Heebo" w:cs="Heebo"/>
          <w:b/>
          <w:sz w:val="22"/>
          <w:rtl/>
          <w:bCs/>
          <w:szCs w:val="22"/>
        </w:rPr>
        <w:t>לפחות פי 2</w:t>
      </w:r>
      <w:r>
        <w:rPr>
          <w:rFonts w:ascii="Heebo" w:hAnsi="Heebo" w:cs="Heebo"/>
          <w:sz w:val="22"/>
          <w:rtl/>
          <w:szCs w:val="22"/>
        </w:rPr>
        <w:t xml:space="preserve"> מנגד (למשל 6 מול 3, או 4 מול 2). גרסת הפשרה שלו צריכה רוב רגיל.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 xml:space="preserve"> קלף ערעור (פעם אחת במשחק):</w:t>
      </w:r>
      <w:r>
        <w:rPr>
          <w:rFonts w:ascii="Heebo" w:hAnsi="Heebo" w:cs="Heebo"/>
          <w:sz w:val="22"/>
          <w:rtl/>
          <w:szCs w:val="22"/>
        </w:rPr>
        <w:t xml:space="preserve"> במהלך העסקאות, כל שחקן יכול להניח את קלף הערעור ולהסביר </w:t>
      </w:r>
      <w:r>
        <w:rPr>
          <w:rFonts w:ascii="Heebo" w:hAnsi="Heebo" w:cs="Heebo"/>
          <w:b/>
          <w:sz w:val="22"/>
          <w:rtl/>
          <w:bCs/>
          <w:szCs w:val="22"/>
        </w:rPr>
        <w:t>מי עלול להיפגע</w:t>
      </w:r>
      <w:r>
        <w:rPr>
          <w:rFonts w:ascii="Heebo" w:hAnsi="Heebo" w:cs="Heebo"/>
          <w:sz w:val="22"/>
          <w:rtl/>
          <w:szCs w:val="22"/>
        </w:rPr>
        <w:t xml:space="preserve"> מההצעה. אם הסביר עם נימוק, גם ההצעה הזאת צריכה רוב של ⅔. אחרי השימוש הקלף יוצא מהמשחק.</w:t>
      </w:r>
    </w:p>
    <w:p>
      <w:pPr>
        <w:bidi/>
        <w:spacing w:after="80"/>
        <w:jc w:val="right"/>
      </w:pPr>
      <w:r>
        <w:rPr>
          <w:rFonts w:ascii="Heebo" w:hAnsi="Heebo" w:cs="Heebo"/>
          <w:color w:val="92400E"/>
          <w:sz w:val="22"/>
          <w:rtl/>
          <w:szCs w:val="22"/>
        </w:rPr>
        <w:t xml:space="preserve"> למה צריך את זה? כי הרוב יכול לקבל החלטה שפוגעת בכמה תלמידים, למשל לשבת לפי ציונים. בדמוקרטיה הרוב מחליט, אבל יש דברים שלא מחליטים רק ברוב רגיל.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ניקוד בסוף המשחק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חושפים את קלפי התפקיד. כל שחקן סופר לפי יומן ההחלטות: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על מה</w:t>
            </w:r>
          </w:p>
        </w:tc>
        <w:tc>
          <w:tcPr>
            <w:tcW w:type="dxa" w:w="3213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גרסה מלאה</w:t>
            </w:r>
          </w:p>
        </w:tc>
        <w:tc>
          <w:tcPr>
            <w:tcW w:type="dxa" w:w="3213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גרסת פשרה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 xml:space="preserve"> עברה הצעה בתחום שאני </w:t>
            </w: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אוהב/ת</w:t>
            </w:r>
            <w:r>
              <w:rPr>
                <w:rFonts w:ascii="Heebo" w:hAnsi="Heebo" w:cs="Heebo"/>
                <w:sz w:val="20"/>
                <w:rtl/>
                <w:szCs w:val="20"/>
              </w:rPr>
              <w:t xml:space="preserve"> (כל הצעה, לא רק שלי)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‎+3‎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‎+1‎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 xml:space="preserve"> עברה הצעה בתחום שאני </w:t>
            </w: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פחות אוהב/ת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‎−2‎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‎−1‎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 xml:space="preserve"> עברה הצעה </w:t>
            </w: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שאני</w:t>
            </w:r>
            <w:r>
              <w:rPr>
                <w:rFonts w:ascii="Heebo" w:hAnsi="Heebo" w:cs="Heebo"/>
                <w:sz w:val="20"/>
                <w:rtl/>
                <w:szCs w:val="20"/>
              </w:rPr>
              <w:t xml:space="preserve"> הצעתי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‎+1‎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‎+2‎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 xml:space="preserve"> כל אסימון שנשאר לי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‎+1‎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 xml:space="preserve"> השלמתי את המשימה הסודית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‎+3‎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 xml:space="preserve"> בונוס מד האווירה (לכל השחקנים)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9 ומעלה: ‎+4‎ · 7 או 8: ‎+2‎</w:t>
              <w:br/>
              <w:t>4 עד 6: 0 · 3 ומטה: ‎−2‎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</w:p>
        </w:tc>
      </w:tr>
    </w:tbl>
    <w:p/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מי שצבר/ה הכי הרבה נקודות מנצח/ת. </w:t>
      </w:r>
      <w:r>
        <w:rPr>
          <w:rFonts w:ascii="Heebo" w:hAnsi="Heebo" w:cs="Heebo"/>
          <w:b/>
          <w:sz w:val="22"/>
          <w:rtl/>
          <w:bCs/>
          <w:szCs w:val="22"/>
        </w:rPr>
        <w:t>תיקו?</w:t>
      </w:r>
      <w:r>
        <w:rPr>
          <w:rFonts w:ascii="Heebo" w:hAnsi="Heebo" w:cs="Heebo"/>
          <w:sz w:val="22"/>
          <w:rtl/>
          <w:szCs w:val="22"/>
        </w:rPr>
        <w:t xml:space="preserve"> מנצח/ת מי שנשארו לו/ה יותר אסימונים.</w:t>
      </w:r>
    </w:p>
    <w:p>
      <w:pPr>
        <w:bidi/>
        <w:spacing w:after="80"/>
        <w:jc w:val="right"/>
      </w:pPr>
      <w:r>
        <w:rPr>
          <w:rFonts w:ascii="Heebo" w:hAnsi="Heebo" w:cs="Heebo"/>
          <w:color w:val="92400E"/>
          <w:sz w:val="22"/>
          <w:rtl/>
          <w:szCs w:val="22"/>
        </w:rPr>
      </w:r>
      <w:r>
        <w:rPr>
          <w:rFonts w:ascii="Heebo" w:hAnsi="Heebo" w:cs="Heebo"/>
          <w:b/>
          <w:color w:val="92400E"/>
          <w:sz w:val="22"/>
          <w:rtl/>
          <w:bCs/>
          <w:szCs w:val="22"/>
        </w:rPr>
        <w:t>ניצחון כיתתי:</w:t>
      </w:r>
      <w:r>
        <w:rPr>
          <w:rFonts w:ascii="Heebo" w:hAnsi="Heebo" w:cs="Heebo"/>
          <w:color w:val="92400E"/>
          <w:sz w:val="22"/>
          <w:rtl/>
          <w:szCs w:val="22"/>
        </w:rPr>
        <w:t xml:space="preserve"> אם מד האווירה גמר ב־7 ומעלה, כל הכיתה ניצחה יחד, וגם יש מנצח/ת אישי/ת.</w:t>
      </w:r>
    </w:p>
    <w:p>
      <w:pPr>
        <w:bidi/>
        <w:spacing w:after="80"/>
        <w:jc w:val="right"/>
      </w:pPr>
      <w:r>
        <w:rPr>
          <w:rFonts w:ascii="Heebo" w:hAnsi="Heebo" w:cs="Heebo"/>
          <w:color w:val="92400E"/>
          <w:sz w:val="22"/>
          <w:rtl/>
          <w:szCs w:val="22"/>
        </w:rPr>
      </w:r>
      <w:r>
        <w:rPr>
          <w:rFonts w:ascii="Heebo" w:hAnsi="Heebo" w:cs="Heebo"/>
          <w:b/>
          <w:color w:val="92400E"/>
          <w:sz w:val="22"/>
          <w:rtl/>
          <w:bCs/>
          <w:szCs w:val="22"/>
        </w:rPr>
        <w:t>המועצה מתפרקת:</w:t>
      </w:r>
      <w:r>
        <w:rPr>
          <w:rFonts w:ascii="Heebo" w:hAnsi="Heebo" w:cs="Heebo"/>
          <w:color w:val="92400E"/>
          <w:sz w:val="22"/>
          <w:rtl/>
          <w:szCs w:val="22"/>
        </w:rPr>
        <w:t xml:space="preserve"> אם המד הגיע ל־0 בכל רגע, המשחק נגמר מיד ו</w:t>
      </w:r>
      <w:r>
        <w:rPr>
          <w:rFonts w:ascii="Heebo" w:hAnsi="Heebo" w:cs="Heebo"/>
          <w:b/>
          <w:color w:val="92400E"/>
          <w:sz w:val="22"/>
          <w:rtl/>
          <w:bCs/>
          <w:szCs w:val="22"/>
        </w:rPr>
        <w:t>אין מנצחים</w:t>
      </w:r>
      <w:r>
        <w:rPr>
          <w:rFonts w:ascii="Heebo" w:hAnsi="Heebo" w:cs="Heebo"/>
          <w:color w:val="92400E"/>
          <w:sz w:val="22"/>
          <w:rtl/>
          <w:szCs w:val="22"/>
        </w:rPr>
        <w:t>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טיפים לשחקנים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אסימון הוא גם קול וגם נקודה. כל אסימון שתוציאו הוא נקודה שוויתרתם עליה. שווה?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פשרה נותנת פחות למי שאוהב את התחום, אבל יותר למי שהציע אותה, והיא בדרך כלל טובה למד האווירה.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אל תחשפו את התפקיד, אבל אפשר לרמוז. לפעמים לגלות קצת זה המפתח לעסקה.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תור לדוגמה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משחקים חמישה: מאיה, יונתן, נועם, ליה ועומר. זה תור 4 ומד האווירה על 5.</w:t>
      </w:r>
    </w:p>
    <w:p>
      <w:pPr>
        <w:bidi/>
        <w:spacing w:after="80"/>
        <w:jc w:val="right"/>
      </w:pPr>
      <w:r>
        <w:rPr>
          <w:rFonts w:ascii="Heebo" w:hAnsi="Heebo" w:cs="Heebo"/>
          <w:b/>
          <w:sz w:val="22"/>
          <w:rtl/>
          <w:bCs/>
          <w:szCs w:val="22"/>
        </w:rPr>
        <w:t xml:space="preserve"> אירוע:</w:t>
      </w:r>
      <w:r>
        <w:rPr>
          <w:rFonts w:ascii="Heebo" w:hAnsi="Heebo" w:cs="Heebo"/>
          <w:sz w:val="22"/>
          <w:rtl/>
          <w:szCs w:val="22"/>
        </w:rPr>
        <w:t xml:space="preserve"> תור זוגי, לכן מאיה הופכת קלף אירוע: </w:t>
      </w:r>
      <w:r>
        <w:rPr>
          <w:rFonts w:ascii="Heebo" w:hAnsi="Heebo" w:cs="Heebo"/>
          <w:b/>
          <w:sz w:val="22"/>
          <w:rtl/>
          <w:bCs/>
          <w:szCs w:val="22"/>
        </w:rPr>
        <w:t>" תרומה לכיתה"</w:t>
      </w:r>
      <w:r>
        <w:rPr>
          <w:rFonts w:ascii="Heebo" w:hAnsi="Heebo" w:cs="Heebo"/>
          <w:sz w:val="22"/>
          <w:rtl/>
          <w:szCs w:val="22"/>
        </w:rPr>
        <w:t>. כל אחד מחליט ביד סגורה. שלושה תורמים אסימון לקופה, כלומר יותר מחצי, לכן המד עולה ל־7.</w:t>
      </w:r>
    </w:p>
    <w:p>
      <w:pPr>
        <w:bidi/>
        <w:spacing w:after="80"/>
        <w:jc w:val="right"/>
      </w:pPr>
      <w:r>
        <w:rPr>
          <w:rFonts w:ascii="Heebo" w:hAnsi="Heebo" w:cs="Heebo"/>
          <w:b/>
          <w:sz w:val="22"/>
          <w:rtl/>
          <w:bCs/>
          <w:szCs w:val="22"/>
        </w:rPr>
        <w:t xml:space="preserve"> הצעה:</w:t>
      </w:r>
      <w:r>
        <w:rPr>
          <w:rFonts w:ascii="Heebo" w:hAnsi="Heebo" w:cs="Heebo"/>
          <w:sz w:val="22"/>
          <w:rtl/>
          <w:szCs w:val="22"/>
        </w:rPr>
        <w:t xml:space="preserve"> מאיה מניחה את </w:t>
      </w:r>
      <w:r>
        <w:rPr>
          <w:rFonts w:ascii="Heebo" w:hAnsi="Heebo" w:cs="Heebo"/>
          <w:b/>
          <w:sz w:val="22"/>
          <w:rtl/>
          <w:bCs/>
          <w:szCs w:val="22"/>
        </w:rPr>
        <w:t>"הפסקה בלי מסכים"</w:t>
      </w:r>
      <w:r>
        <w:rPr>
          <w:rFonts w:ascii="Heebo" w:hAnsi="Heebo" w:cs="Heebo"/>
          <w:sz w:val="22"/>
          <w:rtl/>
          <w:szCs w:val="22"/>
        </w:rPr>
        <w:t xml:space="preserve"> ( סביבה ובריאות) ומכריזה: </w:t>
      </w:r>
      <w:r>
        <w:rPr>
          <w:rFonts w:ascii="Heebo" w:hAnsi="Heebo" w:cs="Heebo"/>
          <w:b/>
          <w:sz w:val="22"/>
          <w:rtl/>
          <w:bCs/>
          <w:szCs w:val="22"/>
        </w:rPr>
        <w:t>גרסה מלאה</w:t>
      </w:r>
      <w:r>
        <w:rPr>
          <w:rFonts w:ascii="Heebo" w:hAnsi="Heebo" w:cs="Heebo"/>
          <w:sz w:val="22"/>
          <w:rtl/>
          <w:szCs w:val="22"/>
        </w:rPr>
        <w:t>, "בכל ההפסקות בלי טלפונים בכלל" (מד ‎−1‎).</w:t>
      </w:r>
    </w:p>
    <w:p>
      <w:pPr>
        <w:bidi/>
        <w:spacing w:after="80"/>
        <w:jc w:val="right"/>
      </w:pPr>
      <w:r>
        <w:rPr>
          <w:rFonts w:ascii="Heebo" w:hAnsi="Heebo" w:cs="Heebo"/>
          <w:b/>
          <w:color w:val="1E293B"/>
          <w:sz w:val="22"/>
          <w:rtl/>
          <w:bCs/>
          <w:szCs w:val="22"/>
        </w:rPr>
        <w:t>מאיה (שכנוע):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"כדאי לנו הפסקות בלי טלפונים, </w:t>
      </w:r>
      <w:r>
        <w:rPr>
          <w:rFonts w:ascii="Heebo" w:hAnsi="Heebo" w:cs="Heebo"/>
          <w:b/>
          <w:color w:val="1E293B"/>
          <w:sz w:val="22"/>
          <w:rtl/>
          <w:bCs/>
          <w:szCs w:val="22"/>
        </w:rPr>
        <w:t>כי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כולם יושבים כל אחד במסך שלו, </w:t>
      </w:r>
      <w:r>
        <w:rPr>
          <w:rFonts w:ascii="Heebo" w:hAnsi="Heebo" w:cs="Heebo"/>
          <w:b/>
          <w:color w:val="1E293B"/>
          <w:sz w:val="22"/>
          <w:rtl/>
          <w:bCs/>
          <w:szCs w:val="22"/>
        </w:rPr>
        <w:t>לכן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אנחנו כמעט לא משחקים ביחד."</w:t>
      </w:r>
    </w:p>
    <w:p>
      <w:pPr>
        <w:bidi/>
        <w:spacing w:after="80"/>
        <w:jc w:val="right"/>
      </w:pPr>
      <w:r>
        <w:rPr>
          <w:rFonts w:ascii="Heebo" w:hAnsi="Heebo" w:cs="Heebo"/>
          <w:b/>
          <w:color w:val="1E293B"/>
          <w:sz w:val="22"/>
          <w:rtl/>
          <w:bCs/>
          <w:szCs w:val="22"/>
        </w:rPr>
        <w:t>יונתן (תגובה):</w:t>
      </w:r>
      <w:r>
        <w:rPr>
          <w:rFonts w:ascii="Heebo" w:hAnsi="Heebo" w:cs="Heebo"/>
          <w:color w:val="1E293B"/>
          <w:sz w:val="22"/>
          <w:rtl/>
          <w:szCs w:val="22"/>
        </w:rPr>
        <w:t xml:space="preserve"> "אני נגד, </w:t>
      </w:r>
      <w:r>
        <w:rPr>
          <w:rFonts w:ascii="Heebo" w:hAnsi="Heebo" w:cs="Heebo"/>
          <w:b/>
          <w:color w:val="1E293B"/>
          <w:sz w:val="22"/>
          <w:rtl/>
          <w:bCs/>
          <w:szCs w:val="22"/>
        </w:rPr>
        <w:t>מפני ש</w:t>
      </w:r>
      <w:r>
        <w:rPr>
          <w:rFonts w:ascii="Heebo" w:hAnsi="Heebo" w:cs="Heebo"/>
          <w:color w:val="1E293B"/>
          <w:sz w:val="22"/>
          <w:rtl/>
          <w:szCs w:val="22"/>
        </w:rPr>
        <w:t>יש תלמידים שמדברים בהפסקה עם ההורים או שצריכים את הטלפון. איסור מלא לא הוגן כלפיהם."</w:t>
      </w:r>
    </w:p>
    <w:p>
      <w:pPr>
        <w:bidi/>
        <w:spacing w:after="80"/>
        <w:jc w:val="right"/>
      </w:pPr>
      <w:r>
        <w:rPr>
          <w:rFonts w:ascii="Heebo" w:hAnsi="Heebo" w:cs="Heebo"/>
          <w:b/>
          <w:sz w:val="22"/>
          <w:rtl/>
          <w:bCs/>
          <w:szCs w:val="22"/>
        </w:rPr>
        <w:t xml:space="preserve"> מאיה מקשיבה</w:t>
      </w:r>
      <w:r>
        <w:rPr>
          <w:rFonts w:ascii="Heebo" w:hAnsi="Heebo" w:cs="Heebo"/>
          <w:sz w:val="22"/>
          <w:rtl/>
          <w:szCs w:val="22"/>
        </w:rPr>
        <w:t xml:space="preserve"> ומחליפה ל</w:t>
      </w:r>
      <w:r>
        <w:rPr>
          <w:rFonts w:ascii="Heebo" w:hAnsi="Heebo" w:cs="Heebo"/>
          <w:b/>
          <w:sz w:val="22"/>
          <w:rtl/>
          <w:bCs/>
          <w:szCs w:val="22"/>
        </w:rPr>
        <w:t>גרסת הפשרה</w:t>
      </w:r>
      <w:r>
        <w:rPr>
          <w:rFonts w:ascii="Heebo" w:hAnsi="Heebo" w:cs="Heebo"/>
          <w:sz w:val="22"/>
          <w:rtl/>
          <w:szCs w:val="22"/>
        </w:rPr>
        <w:t>: "הפסקה אחת ביום בלי מסכים, עם משחקים בחצר" (מד ‎+2‎).</w:t>
      </w:r>
    </w:p>
    <w:p>
      <w:pPr>
        <w:bidi/>
        <w:spacing w:after="80"/>
        <w:jc w:val="right"/>
      </w:pPr>
      <w:r>
        <w:rPr>
          <w:rFonts w:ascii="Heebo" w:hAnsi="Heebo" w:cs="Heebo"/>
          <w:b/>
          <w:sz w:val="22"/>
          <w:rtl/>
          <w:bCs/>
          <w:szCs w:val="22"/>
        </w:rPr>
        <w:t xml:space="preserve"> עסקאות:</w:t>
      </w:r>
      <w:r>
        <w:rPr>
          <w:rFonts w:ascii="Heebo" w:hAnsi="Heebo" w:cs="Heebo"/>
          <w:sz w:val="22"/>
          <w:rtl/>
          <w:szCs w:val="22"/>
        </w:rPr>
        <w:t xml:space="preserve"> נועם לוחש למאיה: "אצביע בעד, אם תיתני לי אסימון." מאיה נותנת. עומר מנסה לשכנע את ליה להצביע נגד, אבל ליה אוהבת  ונשארת בעד.</w:t>
      </w:r>
    </w:p>
    <w:p>
      <w:pPr>
        <w:bidi/>
        <w:spacing w:after="80"/>
        <w:jc w:val="right"/>
      </w:pPr>
      <w:r>
        <w:rPr>
          <w:rFonts w:ascii="Heebo" w:hAnsi="Heebo" w:cs="Heebo"/>
          <w:b/>
          <w:sz w:val="22"/>
          <w:rtl/>
          <w:bCs/>
          <w:szCs w:val="22"/>
        </w:rPr>
        <w:t xml:space="preserve"> הצבעה:</w:t>
      </w:r>
      <w:r>
        <w:rPr>
          <w:rFonts w:ascii="Heebo" w:hAnsi="Heebo" w:cs="Heebo"/>
          <w:sz w:val="22"/>
          <w:rtl/>
          <w:szCs w:val="22"/>
        </w:rPr>
        <w:t xml:space="preserve"> בעד: מאיה, נועם וליה (3). נגד: יונתן ועומר (2). עומר מניח אסימון מתחת לקלף הנגד, כך שזה 3 מול 3, תיקו! אבל ליה הניחה בסוד אסימון מתחת לקלף הבעד, כך שזה </w:t>
      </w:r>
      <w:r>
        <w:rPr>
          <w:rFonts w:ascii="Heebo" w:hAnsi="Heebo" w:cs="Heebo"/>
          <w:b/>
          <w:sz w:val="22"/>
          <w:rtl/>
          <w:bCs/>
          <w:szCs w:val="22"/>
        </w:rPr>
        <w:t>4 מול 3, וההצעה עוברת!</w:t>
      </w:r>
      <w:r>
        <w:rPr>
          <w:rFonts w:ascii="Heebo" w:hAnsi="Heebo" w:cs="Heebo"/>
          <w:sz w:val="22"/>
          <w:rtl/>
          <w:szCs w:val="22"/>
        </w:rPr>
        <w:t xml:space="preserve"> שני האסימונים הולכים לקופה.</w:t>
      </w:r>
    </w:p>
    <w:p>
      <w:pPr>
        <w:bidi/>
        <w:spacing w:after="80"/>
        <w:jc w:val="right"/>
      </w:pPr>
      <w:r>
        <w:rPr>
          <w:rFonts w:ascii="Heebo" w:hAnsi="Heebo" w:cs="Heebo"/>
          <w:b/>
          <w:sz w:val="22"/>
          <w:rtl/>
          <w:bCs/>
          <w:szCs w:val="22"/>
        </w:rPr>
        <w:t xml:space="preserve"> תוצאה:</w:t>
      </w:r>
      <w:r>
        <w:rPr>
          <w:rFonts w:ascii="Heebo" w:hAnsi="Heebo" w:cs="Heebo"/>
          <w:sz w:val="22"/>
          <w:rtl/>
          <w:szCs w:val="22"/>
        </w:rPr>
        <w:t xml:space="preserve"> המד עולה מ־7 ל־</w:t>
      </w:r>
      <w:r>
        <w:rPr>
          <w:rFonts w:ascii="Heebo" w:hAnsi="Heebo" w:cs="Heebo"/>
          <w:b/>
          <w:sz w:val="22"/>
          <w:rtl/>
          <w:bCs/>
          <w:szCs w:val="22"/>
        </w:rPr>
        <w:t>9</w:t>
      </w:r>
      <w:r>
        <w:rPr>
          <w:rFonts w:ascii="Heebo" w:hAnsi="Heebo" w:cs="Heebo"/>
          <w:sz w:val="22"/>
          <w:rtl/>
          <w:szCs w:val="22"/>
        </w:rPr>
        <w:t>. ביומן נרשם: "הפסקה בלי מסכים ·  · פשרה · עברה · 4:3 · מד 9".</w:t>
        <w:br/>
        <w:t>בסוף המשחק מאיה תקבל ‎+2‎ על הצעה שלה שעברה כפשרה, וכל מי שאוהב/ת  יקבל/תקבל ‎+1‎. ואם המשימה של מאיה היא "המקשיב/ה", היא כבר השלימה אותה.</w:t>
      </w:r>
    </w:p>
    <w:p>
      <w:pPr>
        <w:bidi/>
        <w:spacing w:after="80"/>
        <w:jc w:val="right"/>
      </w:pPr>
      <w:r>
        <w:rPr>
          <w:rFonts w:ascii="Heebo" w:hAnsi="Heebo" w:cs="Heebo"/>
          <w:color w:val="0E7490"/>
          <w:sz w:val="22"/>
          <w:rtl/>
          <w:szCs w:val="22"/>
        </w:rPr>
        <w:t xml:space="preserve"> שימו לב: ההחלטה עברה בזכות אסימון אחד. שווה לשאול בסוף המשחק אם זה הוגן: האם מי שיש לו יותר "השפעה" צריך לקבוע יותר?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גרסת "כל הכיתה" (25–35 תלמידים)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מחלקים את הכיתה ל־5–8 קבוצות. כל קבוצה היא </w:t>
      </w:r>
      <w:r>
        <w:rPr>
          <w:rFonts w:ascii="Heebo" w:hAnsi="Heebo" w:cs="Heebo"/>
          <w:b/>
          <w:sz w:val="22"/>
          <w:rtl/>
          <w:bCs/>
          <w:szCs w:val="22"/>
        </w:rPr>
        <w:t>"מפלגת רעיונות"</w:t>
      </w:r>
      <w:r>
        <w:rPr>
          <w:rFonts w:ascii="Heebo" w:hAnsi="Heebo" w:cs="Heebo"/>
          <w:sz w:val="22"/>
          <w:rtl/>
          <w:szCs w:val="22"/>
        </w:rPr>
        <w:t xml:space="preserve">: ממציאים לה שם וסמל (למשל "המפלגה להפסקה ארוכה"). </w:t>
      </w:r>
      <w:r>
        <w:rPr>
          <w:rFonts w:ascii="Heebo" w:hAnsi="Heebo" w:cs="Heebo"/>
          <w:b/>
          <w:sz w:val="22"/>
          <w:rtl/>
          <w:bCs/>
          <w:szCs w:val="22"/>
        </w:rPr>
        <w:t>לא משתמשים בשמות של מפלגות אמיתיות.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כל קבוצה מקבלת קלף תפקיד סודי, ערכת הצבעה ו־6 אסימונים. כל קבוצה היא "שחקן" אחד.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המורה הוא/היא היו"ר: מקרין/ה את הקלפים מהאתר, מפעיל/ה את שעון העצר ומנהל/ת את מד האווירה על הלוח.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בכל תור </w:t>
      </w:r>
      <w:r>
        <w:rPr>
          <w:rFonts w:ascii="Heebo" w:hAnsi="Heebo" w:cs="Heebo"/>
          <w:b/>
          <w:sz w:val="22"/>
          <w:rtl/>
          <w:bCs/>
          <w:szCs w:val="22"/>
        </w:rPr>
        <w:t>דובר/ת אחר/ת</w:t>
      </w:r>
      <w:r>
        <w:rPr>
          <w:rFonts w:ascii="Heebo" w:hAnsi="Heebo" w:cs="Heebo"/>
          <w:sz w:val="22"/>
          <w:rtl/>
          <w:szCs w:val="22"/>
        </w:rPr>
        <w:t xml:space="preserve"> מהקבוצה משכנע/ת (45 שניות). בזמן העסקאות כל קבוצה שולחת </w:t>
      </w:r>
      <w:r>
        <w:rPr>
          <w:rFonts w:ascii="Heebo" w:hAnsi="Heebo" w:cs="Heebo"/>
          <w:b/>
          <w:sz w:val="22"/>
          <w:rtl/>
          <w:bCs/>
          <w:szCs w:val="22"/>
        </w:rPr>
        <w:t>שליח/ה</w:t>
      </w:r>
      <w:r>
        <w:rPr>
          <w:rFonts w:ascii="Heebo" w:hAnsi="Heebo" w:cs="Heebo"/>
          <w:sz w:val="22"/>
          <w:rtl/>
          <w:szCs w:val="22"/>
        </w:rPr>
        <w:t xml:space="preserve"> אחד/ת לקבוצות אחרות.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אפשרות:</w:t>
      </w:r>
      <w:r>
        <w:rPr>
          <w:rFonts w:ascii="Heebo" w:hAnsi="Heebo" w:cs="Heebo"/>
          <w:sz w:val="22"/>
          <w:rtl/>
          <w:szCs w:val="22"/>
        </w:rPr>
        <w:t xml:space="preserve"> כל תלמיד/ה מצביע/ה אישית (יד או קלף), והאסימונים של הקבוצה מוסיפים קולות. סופרים בעזרת מונה הקולות באתר.</w:t>
      </w:r>
    </w:p>
    <w:p>
      <w:r>
        <w:br w:type="page"/>
      </w:r>
    </w:p>
    <w:p>
      <w:pPr>
        <w:bidi/>
        <w:spacing w:after="80"/>
        <w:jc w:val="right"/>
      </w:pPr>
      <w:r>
        <w:rPr>
          <w:rFonts w:ascii="Heebo" w:hAnsi="Heebo" w:cs="Heebo"/>
          <w:b/>
          <w:color w:val="1E3A8A"/>
          <w:sz w:val="36"/>
          <w:rtl/>
          <w:bCs/>
          <w:szCs w:val="36"/>
        </w:rPr>
        <w:t>חלק ב׳: דף למורה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מטרות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ידע:</w:t>
      </w:r>
      <w:r>
        <w:rPr>
          <w:rFonts w:ascii="Heebo" w:hAnsi="Heebo" w:cs="Heebo"/>
          <w:sz w:val="22"/>
          <w:rtl/>
          <w:szCs w:val="22"/>
        </w:rPr>
        <w:t xml:space="preserve"> התלמידים יבחינו בין רוב רגיל לרוב מיוחס (⅔), ויסבירו למה נדרשת הגנה על זכויות המיעוט גם כשהרוב מחליט.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מיומנות טיעון:</w:t>
      </w:r>
      <w:r>
        <w:rPr>
          <w:rFonts w:ascii="Heebo" w:hAnsi="Heebo" w:cs="Heebo"/>
          <w:sz w:val="22"/>
          <w:rtl/>
          <w:szCs w:val="22"/>
        </w:rPr>
        <w:t xml:space="preserve"> התלמידים ינסחו טענה עם נימוק (כי / לכן / מפני ש) ויגיבו לטענת נגד.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ערכים:</w:t>
      </w:r>
      <w:r>
        <w:rPr>
          <w:rFonts w:ascii="Heebo" w:hAnsi="Heebo" w:cs="Heebo"/>
          <w:sz w:val="22"/>
          <w:rtl/>
          <w:szCs w:val="22"/>
        </w:rPr>
        <w:t xml:space="preserve"> התלמידים יתנסו במשא ומתן ובפשרה, ויבחנו את המתח בין טובת הפרט לטובת הכלל.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</w:t>
      </w:r>
      <w:r>
        <w:rPr>
          <w:rFonts w:ascii="Heebo" w:hAnsi="Heebo" w:cs="Heebo"/>
          <w:b/>
          <w:sz w:val="22"/>
          <w:rtl/>
          <w:bCs/>
          <w:szCs w:val="22"/>
        </w:rPr>
        <w:t>מושגים:</w:t>
      </w:r>
      <w:r>
        <w:rPr>
          <w:rFonts w:ascii="Heebo" w:hAnsi="Heebo" w:cs="Heebo"/>
          <w:sz w:val="22"/>
          <w:rtl/>
          <w:szCs w:val="22"/>
        </w:rPr>
        <w:t xml:space="preserve"> הכרעת רוב, מיעוט, זכויות מיעוט, פשרה, שכנוע, אינטרס, עסקה, לגיטימיות.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מערך של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זמן</w:t>
            </w:r>
          </w:p>
        </w:tc>
        <w:tc>
          <w:tcPr>
            <w:tcW w:type="dxa" w:w="3213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שלב</w:t>
            </w:r>
          </w:p>
        </w:tc>
        <w:tc>
          <w:tcPr>
            <w:tcW w:type="dxa" w:w="3213"/>
            <w:shd w:val="clear" w:fill="1E293B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color w:val="FFFFFF"/>
                <w:sz w:val="20"/>
                <w:rtl/>
                <w:bCs/>
                <w:szCs w:val="20"/>
              </w:rPr>
              <w:t>מה עושים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0–5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פתיחה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שאלה לכיתה: "מי מחליט אצלנו בכיתה? ומה קורה כשרוב הכיתה רוצה משהו שפוגע בכמה תלמידים?" רושמים 2–3 תשובות על הלוח.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5–10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הדגמה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מקרינים מהאתר קלף הצעה אחד ומשחקים "תור לדוגמה" מול כולם: שכנוע עם נימוק, תגובה, עסקה קטנה והצבעה בידיים. מסבירים את מד האווירה ואת «מגן».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10–35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משחק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קבוצות של 4–8 תלמידים, ערכה לכל קבוצה. המורה מסתובב/ת בין הקבוצות ומקשיב/ה לנימוקים. אפשר במקום זה את גרסת "כל הכיתה" עם המקרן.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35–40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ספירה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חושפים תפקידים וסופרים נקודות. כל קבוצה מדווחת: מה מד האווירה בסוף? כמה פשרות עברו? האם הייתה הצעת «מגן»?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40–45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דיון וסיכום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sz w:val="20"/>
                <w:rtl/>
                <w:szCs w:val="20"/>
              </w:rPr>
              <w:t>2–3 שאלות מהרשימה בעמוד הבא. כרטיס יציאה: "החלטה הוגנת היא החלטה ש... כי..."</w:t>
            </w:r>
          </w:p>
        </w:tc>
      </w:tr>
    </w:tbl>
    <w:p/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הכנה מראש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לכל קבוצה מדפיסים את </w:t>
      </w:r>
      <w:r>
        <w:rPr>
          <w:rFonts w:ascii="Heebo" w:hAnsi="Heebo" w:cs="Heebo"/>
          <w:b/>
          <w:sz w:val="22"/>
          <w:rtl/>
          <w:bCs/>
          <w:szCs w:val="22"/>
        </w:rPr>
        <w:t>קובץ הקלפים</w:t>
      </w:r>
      <w:r>
        <w:rPr>
          <w:rFonts w:ascii="Heebo" w:hAnsi="Heebo" w:cs="Heebo"/>
          <w:sz w:val="22"/>
          <w:rtl/>
          <w:szCs w:val="22"/>
        </w:rPr>
        <w:t xml:space="preserve"> (6 עמודים) ואת </w:t>
      </w:r>
      <w:r>
        <w:rPr>
          <w:rFonts w:ascii="Heebo" w:hAnsi="Heebo" w:cs="Heebo"/>
          <w:b/>
          <w:sz w:val="22"/>
          <w:rtl/>
          <w:bCs/>
          <w:szCs w:val="22"/>
        </w:rPr>
        <w:t>קובץ הלוח והרכיבים</w:t>
      </w:r>
      <w:r>
        <w:rPr>
          <w:rFonts w:ascii="Heebo" w:hAnsi="Heebo" w:cs="Heebo"/>
          <w:sz w:val="22"/>
          <w:rtl/>
          <w:szCs w:val="22"/>
        </w:rPr>
        <w:t xml:space="preserve"> (4 עמודים). מומלץ נייר עבה (160 גרם ומעלה), בצבע.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גב לקלפים: קובץ נפרד, להדפסה דו־צדדית. אפשר גם בלי גב, ולערבב היטב.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במקום אסימוני נייר אפשר שעועית, כפתורים או מטבעות. לסמן של מד האווירה מתאים מחק או פקק.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טיפ: למינציה לקלפי ההצבעה ולוח המועצה תאפשר להשתמש בהם שוב ושוב.</w:t>
      </w:r>
    </w:p>
    <w:p>
      <w:pPr>
        <w:bidi/>
        <w:spacing w:after="80"/>
        <w:jc w:val="right"/>
      </w:pPr>
      <w:r>
        <w:rPr>
          <w:rFonts w:ascii="Heebo" w:hAnsi="Heebo" w:cs="Heebo"/>
          <w:color w:val="0E7490"/>
          <w:sz w:val="22"/>
          <w:rtl/>
          <w:szCs w:val="22"/>
        </w:rPr>
      </w:r>
      <w:r>
        <w:rPr>
          <w:rFonts w:ascii="Heebo" w:hAnsi="Heebo" w:cs="Heebo"/>
          <w:b/>
          <w:color w:val="0E7490"/>
          <w:sz w:val="22"/>
          <w:rtl/>
          <w:bCs/>
          <w:szCs w:val="22"/>
        </w:rPr>
        <w:t>התאמות:</w:t>
      </w:r>
      <w:r>
        <w:rPr>
          <w:rFonts w:ascii="Heebo" w:hAnsi="Heebo" w:cs="Heebo"/>
          <w:color w:val="0E7490"/>
          <w:sz w:val="22"/>
          <w:rtl/>
          <w:szCs w:val="22"/>
        </w:rPr>
        <w:t xml:space="preserve"> בכיתה מאתגרת אפשר לשחק בלי קלפי אירוע ובלי ערעור בפעם הראשונה, ולהוסיף אותם בסבב הבא. לתלמידים שצריכים תמיכה בשפה כדאי לתלות על הלוח את פתיחי המשפט: "אני בעד, כי..." · "אני נגד, מפני ש..." · "לכן אני מציע/ה..."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שאלות לדיון אחרי המשחק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• איזו הצעה עברה בזכות </w:t>
      </w:r>
      <w:r>
        <w:rPr>
          <w:rFonts w:ascii="Heebo" w:hAnsi="Heebo" w:cs="Heebo"/>
          <w:b/>
          <w:sz w:val="22"/>
          <w:rtl/>
          <w:bCs/>
          <w:szCs w:val="22"/>
        </w:rPr>
        <w:t>נימוק</w:t>
      </w:r>
      <w:r>
        <w:rPr>
          <w:rFonts w:ascii="Heebo" w:hAnsi="Heebo" w:cs="Heebo"/>
          <w:sz w:val="22"/>
          <w:rtl/>
          <w:szCs w:val="22"/>
        </w:rPr>
        <w:t xml:space="preserve"> טוב, ואיזו בזכות </w:t>
      </w:r>
      <w:r>
        <w:rPr>
          <w:rFonts w:ascii="Heebo" w:hAnsi="Heebo" w:cs="Heebo"/>
          <w:b/>
          <w:sz w:val="22"/>
          <w:rtl/>
          <w:bCs/>
          <w:szCs w:val="22"/>
        </w:rPr>
        <w:t>עסקה</w:t>
      </w:r>
      <w:r>
        <w:rPr>
          <w:rFonts w:ascii="Heebo" w:hAnsi="Heebo" w:cs="Heebo"/>
          <w:sz w:val="22"/>
          <w:rtl/>
          <w:szCs w:val="22"/>
        </w:rPr>
        <w:t>? מה ההבדל, ומה הוגן יותר?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האם היה רגע שבו הרוב החליט משהו שפגע במישהו? איך הרגישו מי שהיו במיעוט?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למה הצעות «מגן» צריכות רוב של ⅔? האם זה הוגן כלפי הרוב? תנו דוגמה מהחיים.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מתי פשרה היא החלטה חכמה, ומתי היא ויתור על מה שבאמת חשוב?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האם הופרה הבטחה במשחק? מה זה עשה לאמון, ומה זה מלמד על קבלת החלטות אמיתית?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מי שהיו לו הרבה אסימונים יכול היה "לקנות" קולות. האם השפעה כזאת קיימת גם במציאות? מה אפשר לעשות כדי שזה יהיה הוגן?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מי ניצח, והאם גם הכיתה (מד האווירה) ניצחה? מה עדיף לכם, ולמה?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>• בחרו הצעה אחת מהמשחק שהייתם רוצים להביא באמת למועצת התלמידים. איך הייתם משכנעים?</w:t>
      </w:r>
    </w:p>
    <w:p>
      <w:pPr>
        <w:bidi/>
        <w:spacing w:after="120"/>
        <w:jc w:val="right"/>
      </w:pPr>
      <w:r>
        <w:rPr>
          <w:rFonts w:ascii="Heebo" w:hAnsi="Heebo" w:cs="Heebo"/>
          <w:b/>
          <w:color w:val="1E3A8A"/>
          <w:sz w:val="30"/>
          <w:rtl/>
          <w:bCs/>
          <w:szCs w:val="30"/>
        </w:rPr>
        <w:t xml:space="preserve"> לוח בחירה: משימת המשך</w:t>
      </w:r>
    </w:p>
    <w:p>
      <w:pPr>
        <w:bidi/>
        <w:spacing w:after="80"/>
        <w:jc w:val="right"/>
      </w:pPr>
      <w:r>
        <w:rPr>
          <w:rFonts w:ascii="Heebo" w:hAnsi="Heebo" w:cs="Heebo"/>
          <w:sz w:val="22"/>
          <w:rtl/>
          <w:szCs w:val="22"/>
        </w:rPr>
        <w:t xml:space="preserve">בוחרים </w:t>
      </w:r>
      <w:r>
        <w:rPr>
          <w:rFonts w:ascii="Heebo" w:hAnsi="Heebo" w:cs="Heebo"/>
          <w:b/>
          <w:sz w:val="22"/>
          <w:rtl/>
          <w:bCs/>
          <w:szCs w:val="22"/>
        </w:rPr>
        <w:t>3 משימות בשורה</w:t>
      </w:r>
      <w:r>
        <w:rPr>
          <w:rFonts w:ascii="Heebo" w:hAnsi="Heebo" w:cs="Heebo"/>
          <w:sz w:val="22"/>
          <w:rtl/>
          <w:szCs w:val="22"/>
        </w:rPr>
        <w:t xml:space="preserve"> (לרוחב, לאורך או באלכסון), והשורה חייבת לעבור דרך </w:t>
      </w:r>
      <w:r>
        <w:rPr>
          <w:rFonts w:ascii="Heebo" w:hAnsi="Heebo" w:cs="Heebo"/>
          <w:b/>
          <w:sz w:val="22"/>
          <w:rtl/>
          <w:bCs/>
          <w:szCs w:val="22"/>
        </w:rPr>
        <w:t>החובה</w:t>
      </w:r>
      <w:r>
        <w:rPr>
          <w:rFonts w:ascii="Heebo" w:hAnsi="Heebo" w:cs="Heebo"/>
          <w:sz w:val="22"/>
          <w:rtl/>
          <w:szCs w:val="22"/>
        </w:rPr>
        <w:t xml:space="preserve"> שבאמצע. קל · בינוני · מאתגר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(קל) ממציאים הצעה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כתבו קלף הצעה חדש לכיתה שלנו, עם גרסה מלאה וגרסת פשרה.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(בינוני) נאום קצר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כתבו נאום שכנוע של 4 משפטים, עם כי, לכן ומפני ש, להצעה שאתם אוהבים.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(מאתגר) מעצבים משחק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המציאו קלף אירוע חדש שמשנה כלל, והסבירו איך הוא משפיע על ההוגנות במשחק.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(בינוני) הצד השני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ראיינו חבר/ה שהצביע/ה הפוך מכם. כתבו את הנימוק שלו/ה במילים שלכם.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 xml:space="preserve"> חובה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השלימו: "הפשרה הכי טובה במשחק הייתה... כי... לכן..."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(קל) קומיקס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ציירו קומיקס של 4 משבצות על הצבעה אחת מהמשחק.</w:t>
            </w:r>
          </w:p>
        </w:tc>
      </w:tr>
      <w:tr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(מאתגר) שומרים על המיעוט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כתבו כלל חדש להגנה על מיעוט בכיתה. על מי הוא מגן, ולמה רוב רגיל לא מספיק?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(קל) מילון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הסבירו במשפט אחד כל מושג: רוב, מיעוט, פשרה. הוסיפו דוגמה מהמשחק.</w:t>
            </w:r>
          </w:p>
        </w:tc>
        <w:tc>
          <w:tcPr>
            <w:tcW w:type="dxa" w:w="3213"/>
          </w:tcPr>
          <w:p>
            <w:pPr>
              <w:bidi/>
              <w:jc w:val="right"/>
            </w:pPr>
            <w:r>
              <w:rPr>
                <w:rFonts w:ascii="Heebo" w:hAnsi="Heebo" w:cs="Heebo"/>
                <w:b/>
                <w:sz w:val="20"/>
                <w:rtl/>
                <w:bCs/>
                <w:szCs w:val="20"/>
              </w:rPr>
              <w:t>(בינוני) משחק מול מציאות</w:t>
            </w:r>
            <w:r>
              <w:rPr>
                <w:rFonts w:ascii="Heebo" w:hAnsi="Heebo" w:cs="Heebo"/>
                <w:sz w:val="20"/>
                <w:rtl/>
                <w:szCs w:val="20"/>
              </w:rPr>
              <w:br/>
              <w:t>השוו החלטה מהמשחק להחלטה אמיתית בבית הספר. מה דומה ומה שונה?</w:t>
            </w:r>
          </w:p>
        </w:tc>
      </w:tr>
    </w:tbl>
    <w:p/>
    <w:p>
      <w:pPr>
        <w:bidi/>
        <w:spacing w:after="80"/>
        <w:jc w:val="right"/>
      </w:pPr>
      <w:r>
        <w:rPr>
          <w:rFonts w:ascii="Heebo" w:hAnsi="Heebo" w:cs="Heebo"/>
          <w:color w:val="92400E"/>
          <w:sz w:val="22"/>
          <w:rtl/>
          <w:szCs w:val="22"/>
        </w:rPr>
      </w:r>
      <w:r>
        <w:rPr>
          <w:rFonts w:ascii="Heebo" w:hAnsi="Heebo" w:cs="Heebo"/>
          <w:b/>
          <w:color w:val="92400E"/>
          <w:sz w:val="22"/>
          <w:rtl/>
          <w:bCs/>
          <w:szCs w:val="22"/>
        </w:rPr>
        <w:t>כלל הזהב בכיתה:</w:t>
      </w:r>
      <w:r>
        <w:rPr>
          <w:rFonts w:ascii="Heebo" w:hAnsi="Heebo" w:cs="Heebo"/>
          <w:color w:val="92400E"/>
          <w:sz w:val="22"/>
          <w:rtl/>
          <w:szCs w:val="22"/>
        </w:rPr>
        <w:t xml:space="preserve"> משחקים עם "מפלגות רעיונות" ובעיות מחיי בית הספר בלבד, בלי שמות של אנשים או מפלגות אמיתיים. כך הדיון נשאר בטוח לכולם.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247" w:right="1134" w:bottom="1020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Heebo" w:hAnsi="Heebo" w:cs="Heebo"/>
        <w:color w:val="64748B"/>
        <w:sz w:val="18"/>
        <w:rtl/>
        <w:szCs w:val="18"/>
      </w:rPr>
      <w:t>יצרה: רוית ראש בן ישי · מועצת הכיתה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ebo" w:hAnsi="Heebo" w:cs="Heeb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